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9965A" w14:textId="77777777" w:rsidR="003A64EE" w:rsidRDefault="00000000">
      <w:pPr>
        <w:jc w:val="center"/>
        <w:rPr>
          <w:lang w:eastAsia="ja-JP"/>
        </w:rPr>
      </w:pPr>
      <w:r>
        <w:rPr>
          <w:rFonts w:ascii="游ゴシック" w:hAnsi="游ゴシック"/>
          <w:b/>
          <w:color w:val="2E6930"/>
          <w:sz w:val="32"/>
          <w:lang w:eastAsia="ja-JP"/>
        </w:rPr>
        <w:t>北アルプス環境フェス</w:t>
      </w:r>
      <w:r>
        <w:rPr>
          <w:rFonts w:ascii="游ゴシック" w:hAnsi="游ゴシック"/>
          <w:b/>
          <w:color w:val="2E6930"/>
          <w:sz w:val="32"/>
          <w:lang w:eastAsia="ja-JP"/>
        </w:rPr>
        <w:t xml:space="preserve"> </w:t>
      </w:r>
      <w:r>
        <w:rPr>
          <w:rFonts w:ascii="游ゴシック" w:hAnsi="游ゴシック"/>
          <w:b/>
          <w:color w:val="2E6930"/>
          <w:sz w:val="32"/>
          <w:lang w:eastAsia="ja-JP"/>
        </w:rPr>
        <w:t>キッチンカー出店申込書</w:t>
      </w:r>
      <w:r>
        <w:rPr>
          <w:rFonts w:ascii="游ゴシック" w:hAnsi="游ゴシック"/>
          <w:b/>
          <w:color w:val="2E6930"/>
          <w:sz w:val="32"/>
          <w:lang w:eastAsia="ja-JP"/>
        </w:rPr>
        <w:t xml:space="preserve"> </w:t>
      </w:r>
      <w:r>
        <w:rPr>
          <w:rFonts w:ascii="游ゴシック" w:hAnsi="游ゴシック"/>
          <w:b/>
          <w:color w:val="2E6930"/>
          <w:sz w:val="32"/>
          <w:lang w:eastAsia="ja-JP"/>
        </w:rPr>
        <w:t>兼</w:t>
      </w:r>
      <w:r>
        <w:rPr>
          <w:rFonts w:ascii="游ゴシック" w:hAnsi="游ゴシック"/>
          <w:b/>
          <w:color w:val="2E6930"/>
          <w:sz w:val="32"/>
          <w:lang w:eastAsia="ja-JP"/>
        </w:rPr>
        <w:t xml:space="preserve"> </w:t>
      </w:r>
      <w:r>
        <w:rPr>
          <w:rFonts w:ascii="游ゴシック" w:hAnsi="游ゴシック"/>
          <w:b/>
          <w:color w:val="2E6930"/>
          <w:sz w:val="32"/>
          <w:lang w:eastAsia="ja-JP"/>
        </w:rPr>
        <w:t>誓約書</w:t>
      </w:r>
    </w:p>
    <w:p w14:paraId="43C68E02" w14:textId="2C6B0085" w:rsidR="00D17932" w:rsidRDefault="00000000">
      <w:pPr>
        <w:rPr>
          <w:lang w:eastAsia="ja-JP"/>
        </w:rPr>
      </w:pPr>
      <w:r>
        <w:rPr>
          <w:lang w:eastAsia="ja-JP"/>
        </w:rPr>
        <w:t>北アルプス環境フェス</w:t>
      </w:r>
      <w:r w:rsidR="00F7124D">
        <w:rPr>
          <w:rFonts w:hint="eastAsia"/>
          <w:lang w:eastAsia="ja-JP"/>
        </w:rPr>
        <w:t xml:space="preserve">事務局　</w:t>
      </w:r>
      <w:r>
        <w:rPr>
          <w:lang w:eastAsia="ja-JP"/>
        </w:rPr>
        <w:t xml:space="preserve"> </w:t>
      </w:r>
      <w:r>
        <w:rPr>
          <w:lang w:eastAsia="ja-JP"/>
        </w:rPr>
        <w:t>御中</w:t>
      </w:r>
    </w:p>
    <w:p w14:paraId="5509F8CC" w14:textId="702B2F68" w:rsidR="003A64EE" w:rsidRDefault="00000000">
      <w:pPr>
        <w:rPr>
          <w:lang w:eastAsia="ja-JP"/>
        </w:rPr>
      </w:pPr>
      <w:r>
        <w:rPr>
          <w:lang w:eastAsia="ja-JP"/>
        </w:rPr>
        <w:t>食品ロス削減・環境配慮への取り組み趣旨を理解・同意の上、以下の通り申し込みます。</w:t>
      </w:r>
    </w:p>
    <w:p w14:paraId="7A9A9EEB" w14:textId="77777777" w:rsidR="003A64EE" w:rsidRDefault="00000000">
      <w:pPr>
        <w:jc w:val="right"/>
      </w:pPr>
      <w:r>
        <w:t>申込日：令和８年　　月　　日</w:t>
      </w:r>
      <w:r>
        <w:br/>
      </w:r>
      <w:r>
        <w:rPr>
          <w:b/>
        </w:rPr>
        <w:t>【申込締切：令和８年１０月２０日（火）必着】</w:t>
      </w:r>
    </w:p>
    <w:tbl>
      <w:tblPr>
        <w:tblW w:w="0" w:type="auto"/>
        <w:jc w:val="center"/>
        <w:tblBorders>
          <w:top w:val="single" w:sz="6" w:space="0" w:color="4A7C59"/>
          <w:bottom w:val="single" w:sz="6" w:space="0" w:color="4A7C59"/>
          <w:insideH w:val="single" w:sz="6" w:space="0" w:color="4A7C59"/>
        </w:tblBorders>
        <w:tblLook w:val="04A0" w:firstRow="1" w:lastRow="0" w:firstColumn="1" w:lastColumn="0" w:noHBand="0" w:noVBand="1"/>
      </w:tblPr>
      <w:tblGrid>
        <w:gridCol w:w="2907"/>
        <w:gridCol w:w="7029"/>
      </w:tblGrid>
      <w:tr w:rsidR="003A64EE" w14:paraId="3AE73016" w14:textId="77777777" w:rsidTr="00D17932">
        <w:trPr>
          <w:trHeight w:val="20"/>
          <w:jc w:val="center"/>
        </w:trPr>
        <w:tc>
          <w:tcPr>
            <w:tcW w:w="2985" w:type="dxa"/>
            <w:shd w:val="clear" w:color="auto" w:fill="F0F5F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8CFA465" w14:textId="77777777" w:rsidR="003A64EE" w:rsidRDefault="00000000">
            <w:pPr>
              <w:rPr>
                <w:lang w:eastAsia="ja-JP"/>
              </w:rPr>
            </w:pPr>
            <w:r>
              <w:rPr>
                <w:rFonts w:ascii="游ゴシック" w:hAnsi="游ゴシック"/>
                <w:b/>
                <w:sz w:val="19"/>
                <w:lang w:eastAsia="ja-JP"/>
              </w:rPr>
              <w:t>出店代表者氏名</w:t>
            </w:r>
            <w:r>
              <w:rPr>
                <w:rFonts w:ascii="游ゴシック" w:hAnsi="游ゴシック"/>
                <w:b/>
                <w:sz w:val="19"/>
                <w:lang w:eastAsia="ja-JP"/>
              </w:rPr>
              <w:br/>
            </w:r>
            <w:r>
              <w:rPr>
                <w:rFonts w:ascii="游ゴシック" w:hAnsi="游ゴシック"/>
                <w:b/>
                <w:sz w:val="19"/>
                <w:lang w:eastAsia="ja-JP"/>
              </w:rPr>
              <w:t>（フリガナ）</w:t>
            </w:r>
          </w:p>
        </w:tc>
        <w:tc>
          <w:tcPr>
            <w:tcW w:w="7251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0E27674" w14:textId="1363821E" w:rsidR="003A64EE" w:rsidRDefault="00000000">
            <w:pPr>
              <w:rPr>
                <w:lang w:eastAsia="ja-JP"/>
              </w:rPr>
            </w:pPr>
            <w:r>
              <w:rPr>
                <w:sz w:val="19"/>
              </w:rPr>
              <w:t>氏名：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t>フリガナ</w:t>
            </w:r>
          </w:p>
        </w:tc>
      </w:tr>
      <w:tr w:rsidR="003A64EE" w14:paraId="605B1519" w14:textId="77777777" w:rsidTr="00D17932">
        <w:trPr>
          <w:trHeight w:val="20"/>
          <w:jc w:val="center"/>
        </w:trPr>
        <w:tc>
          <w:tcPr>
            <w:tcW w:w="2985" w:type="dxa"/>
            <w:shd w:val="clear" w:color="auto" w:fill="F0F5F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22C7DDA" w14:textId="77777777" w:rsidR="003A64EE" w:rsidRDefault="00000000">
            <w:pPr>
              <w:rPr>
                <w:lang w:eastAsia="ja-JP"/>
              </w:rPr>
            </w:pPr>
            <w:r>
              <w:rPr>
                <w:rFonts w:ascii="游ゴシック" w:hAnsi="游ゴシック"/>
                <w:b/>
                <w:sz w:val="19"/>
                <w:lang w:eastAsia="ja-JP"/>
              </w:rPr>
              <w:t>店名・屋号</w:t>
            </w:r>
            <w:r>
              <w:rPr>
                <w:rFonts w:ascii="游ゴシック" w:hAnsi="游ゴシック"/>
                <w:b/>
                <w:sz w:val="19"/>
                <w:lang w:eastAsia="ja-JP"/>
              </w:rPr>
              <w:br/>
            </w:r>
            <w:r>
              <w:rPr>
                <w:rFonts w:ascii="游ゴシック" w:hAnsi="游ゴシック"/>
                <w:b/>
                <w:sz w:val="19"/>
                <w:lang w:eastAsia="ja-JP"/>
              </w:rPr>
              <w:t>（フリガナ）</w:t>
            </w:r>
          </w:p>
        </w:tc>
        <w:tc>
          <w:tcPr>
            <w:tcW w:w="7251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FE50770" w14:textId="77777777" w:rsidR="003A64EE" w:rsidRDefault="00000000">
            <w:r>
              <w:rPr>
                <w:sz w:val="19"/>
              </w:rPr>
              <w:t>店名：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t>フリガナ：</w:t>
            </w:r>
          </w:p>
        </w:tc>
      </w:tr>
      <w:tr w:rsidR="003A64EE" w14:paraId="1A9D7523" w14:textId="77777777" w:rsidTr="00D17932">
        <w:trPr>
          <w:trHeight w:val="332"/>
          <w:jc w:val="center"/>
        </w:trPr>
        <w:tc>
          <w:tcPr>
            <w:tcW w:w="2985" w:type="dxa"/>
            <w:shd w:val="clear" w:color="auto" w:fill="F0F5F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1454FE1" w14:textId="77777777" w:rsidR="003A64EE" w:rsidRDefault="00000000">
            <w:r>
              <w:rPr>
                <w:rFonts w:ascii="游ゴシック" w:hAnsi="游ゴシック"/>
                <w:b/>
                <w:sz w:val="19"/>
              </w:rPr>
              <w:t>ご住所</w:t>
            </w:r>
          </w:p>
        </w:tc>
        <w:tc>
          <w:tcPr>
            <w:tcW w:w="7251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B161E83" w14:textId="4A75A123" w:rsidR="003A64EE" w:rsidRDefault="00000000">
            <w:r>
              <w:rPr>
                <w:sz w:val="19"/>
              </w:rPr>
              <w:t>〒</w:t>
            </w:r>
          </w:p>
        </w:tc>
      </w:tr>
      <w:tr w:rsidR="003A64EE" w14:paraId="04FB4BDD" w14:textId="77777777" w:rsidTr="00D17932">
        <w:trPr>
          <w:trHeight w:val="20"/>
          <w:jc w:val="center"/>
        </w:trPr>
        <w:tc>
          <w:tcPr>
            <w:tcW w:w="2985" w:type="dxa"/>
            <w:shd w:val="clear" w:color="auto" w:fill="F0F5F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5A388C6" w14:textId="77777777" w:rsidR="003A64EE" w:rsidRDefault="00000000">
            <w:r>
              <w:rPr>
                <w:rFonts w:ascii="游ゴシック" w:hAnsi="游ゴシック"/>
                <w:b/>
                <w:sz w:val="19"/>
              </w:rPr>
              <w:t>連絡先</w:t>
            </w:r>
          </w:p>
        </w:tc>
        <w:tc>
          <w:tcPr>
            <w:tcW w:w="7251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DC2CB3B" w14:textId="77777777" w:rsidR="003A64EE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電話番号：</w:t>
            </w:r>
            <w:r>
              <w:rPr>
                <w:sz w:val="19"/>
                <w:lang w:eastAsia="ja-JP"/>
              </w:rPr>
              <w:br/>
            </w:r>
            <w:r>
              <w:rPr>
                <w:sz w:val="19"/>
                <w:lang w:eastAsia="ja-JP"/>
              </w:rPr>
              <w:t>メールアドレス：</w:t>
            </w:r>
          </w:p>
        </w:tc>
      </w:tr>
      <w:tr w:rsidR="003A64EE" w14:paraId="6D9EDA6C" w14:textId="77777777" w:rsidTr="00D17932">
        <w:trPr>
          <w:trHeight w:val="472"/>
          <w:jc w:val="center"/>
        </w:trPr>
        <w:tc>
          <w:tcPr>
            <w:tcW w:w="2985" w:type="dxa"/>
            <w:shd w:val="clear" w:color="auto" w:fill="F0F5F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799FDF4" w14:textId="77777777" w:rsidR="003A64EE" w:rsidRDefault="00000000">
            <w:r>
              <w:rPr>
                <w:rFonts w:ascii="游ゴシック" w:hAnsi="游ゴシック"/>
                <w:b/>
                <w:sz w:val="19"/>
              </w:rPr>
              <w:t>車両サイズ</w:t>
            </w:r>
          </w:p>
        </w:tc>
        <w:tc>
          <w:tcPr>
            <w:tcW w:w="7251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9B05AF9" w14:textId="77777777" w:rsidR="003A64EE" w:rsidRDefault="00000000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 xml:space="preserve">全長：＿＿＿＿ｍ　</w:t>
            </w:r>
            <w:r>
              <w:rPr>
                <w:sz w:val="19"/>
                <w:lang w:eastAsia="ja-JP"/>
              </w:rPr>
              <w:t>×</w:t>
            </w:r>
            <w:r>
              <w:rPr>
                <w:sz w:val="19"/>
                <w:lang w:eastAsia="ja-JP"/>
              </w:rPr>
              <w:t xml:space="preserve">　全幅：＿＿＿＿ｍ</w:t>
            </w:r>
            <w:r>
              <w:rPr>
                <w:sz w:val="19"/>
                <w:lang w:eastAsia="ja-JP"/>
              </w:rPr>
              <w:br/>
              <w:t>※</w:t>
            </w:r>
            <w:r>
              <w:rPr>
                <w:sz w:val="19"/>
                <w:lang w:eastAsia="ja-JP"/>
              </w:rPr>
              <w:t>販売時の展開スペースを含めてご記入ください。</w:t>
            </w:r>
          </w:p>
        </w:tc>
      </w:tr>
      <w:tr w:rsidR="00D17932" w14:paraId="6695F3E3" w14:textId="77777777" w:rsidTr="00D17932">
        <w:trPr>
          <w:trHeight w:val="20"/>
          <w:jc w:val="center"/>
        </w:trPr>
        <w:tc>
          <w:tcPr>
            <w:tcW w:w="2985" w:type="dxa"/>
            <w:shd w:val="clear" w:color="auto" w:fill="F0F5F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22E4485" w14:textId="458AAF59" w:rsidR="00D17932" w:rsidRDefault="00D17932">
            <w:pPr>
              <w:rPr>
                <w:lang w:eastAsia="ja-JP"/>
              </w:rPr>
            </w:pPr>
            <w:r>
              <w:rPr>
                <w:rFonts w:ascii="游ゴシック" w:hAnsi="游ゴシック"/>
                <w:b/>
                <w:sz w:val="19"/>
                <w:lang w:eastAsia="ja-JP"/>
              </w:rPr>
              <w:t>主な販売メニュー</w:t>
            </w:r>
            <w:r>
              <w:rPr>
                <w:rFonts w:ascii="游ゴシック" w:hAnsi="游ゴシック"/>
                <w:b/>
                <w:sz w:val="19"/>
                <w:lang w:eastAsia="ja-JP"/>
              </w:rPr>
              <w:br/>
            </w:r>
            <w:r>
              <w:rPr>
                <w:rFonts w:ascii="游ゴシック" w:hAnsi="游ゴシック"/>
                <w:b/>
                <w:sz w:val="19"/>
                <w:lang w:eastAsia="ja-JP"/>
              </w:rPr>
              <w:t>（価格帯）</w:t>
            </w:r>
          </w:p>
        </w:tc>
        <w:tc>
          <w:tcPr>
            <w:tcW w:w="7251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407495B" w14:textId="66D8691E" w:rsidR="00D17932" w:rsidRDefault="00D17932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メニュー名：</w:t>
            </w:r>
            <w:r>
              <w:rPr>
                <w:sz w:val="19"/>
                <w:lang w:eastAsia="ja-JP"/>
              </w:rPr>
              <w:br/>
            </w:r>
            <w:r>
              <w:rPr>
                <w:sz w:val="19"/>
                <w:lang w:eastAsia="ja-JP"/>
              </w:rPr>
              <w:t>（予定価格：　　　　　円）</w:t>
            </w:r>
          </w:p>
        </w:tc>
      </w:tr>
      <w:tr w:rsidR="00D17932" w14:paraId="13B90904" w14:textId="77777777" w:rsidTr="00D17932">
        <w:trPr>
          <w:trHeight w:val="1688"/>
          <w:jc w:val="center"/>
        </w:trPr>
        <w:tc>
          <w:tcPr>
            <w:tcW w:w="2985" w:type="dxa"/>
            <w:shd w:val="clear" w:color="auto" w:fill="F0F5F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436E13" w14:textId="72BE5DCC" w:rsidR="00D17932" w:rsidRDefault="00D17932">
            <w:r>
              <w:rPr>
                <w:rFonts w:ascii="游ゴシック" w:hAnsi="游ゴシック"/>
                <w:b/>
                <w:sz w:val="19"/>
              </w:rPr>
              <w:t>誓約・同意事項</w:t>
            </w:r>
          </w:p>
        </w:tc>
        <w:tc>
          <w:tcPr>
            <w:tcW w:w="7251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EE28946" w14:textId="66229F9F" w:rsidR="00D17932" w:rsidRPr="00D17932" w:rsidRDefault="00D17932">
            <w:pPr>
              <w:rPr>
                <w:sz w:val="19"/>
                <w:lang w:eastAsia="ja-JP"/>
              </w:rPr>
            </w:pPr>
            <w:r>
              <w:rPr>
                <w:sz w:val="19"/>
                <w:lang w:eastAsia="ja-JP"/>
              </w:rPr>
              <w:t xml:space="preserve">1. </w:t>
            </w:r>
            <w:r>
              <w:rPr>
                <w:sz w:val="19"/>
                <w:lang w:eastAsia="ja-JP"/>
              </w:rPr>
              <w:t>営業許可に基づき、衛生管理を徹底し、食中毒等の事故は当方の責任で対応します。</w:t>
            </w:r>
            <w:r>
              <w:rPr>
                <w:sz w:val="19"/>
                <w:lang w:eastAsia="ja-JP"/>
              </w:rPr>
              <w:br/>
              <w:t xml:space="preserve">2. </w:t>
            </w:r>
            <w:r>
              <w:rPr>
                <w:sz w:val="19"/>
                <w:lang w:eastAsia="ja-JP"/>
              </w:rPr>
              <w:t>イベントで発生した調理</w:t>
            </w:r>
            <w:r>
              <w:rPr>
                <w:rFonts w:hint="eastAsia"/>
                <w:sz w:val="19"/>
                <w:lang w:eastAsia="ja-JP"/>
              </w:rPr>
              <w:t>ごみ</w:t>
            </w:r>
            <w:r>
              <w:rPr>
                <w:sz w:val="19"/>
                <w:lang w:eastAsia="ja-JP"/>
              </w:rPr>
              <w:t>およびお客様の</w:t>
            </w:r>
            <w:r>
              <w:rPr>
                <w:rFonts w:hint="eastAsia"/>
                <w:sz w:val="19"/>
                <w:lang w:eastAsia="ja-JP"/>
              </w:rPr>
              <w:t>ごみ</w:t>
            </w:r>
            <w:r>
              <w:rPr>
                <w:sz w:val="19"/>
                <w:lang w:eastAsia="ja-JP"/>
              </w:rPr>
              <w:t>の回収用</w:t>
            </w:r>
            <w:r>
              <w:rPr>
                <w:rFonts w:hint="eastAsia"/>
                <w:sz w:val="19"/>
                <w:lang w:eastAsia="ja-JP"/>
              </w:rPr>
              <w:t>ごみ</w:t>
            </w:r>
            <w:r>
              <w:rPr>
                <w:sz w:val="19"/>
                <w:lang w:eastAsia="ja-JP"/>
              </w:rPr>
              <w:t>箱を設置し、全て持ち帰ります。</w:t>
            </w:r>
            <w:r>
              <w:rPr>
                <w:sz w:val="19"/>
                <w:lang w:eastAsia="ja-JP"/>
              </w:rPr>
              <w:br/>
              <w:t xml:space="preserve">3. </w:t>
            </w:r>
            <w:r>
              <w:rPr>
                <w:sz w:val="19"/>
                <w:lang w:eastAsia="ja-JP"/>
              </w:rPr>
              <w:t>「</w:t>
            </w:r>
            <w:r w:rsidRPr="00D17932">
              <w:rPr>
                <w:b/>
                <w:bCs/>
                <w:sz w:val="19"/>
                <w:lang w:eastAsia="ja-JP"/>
              </w:rPr>
              <w:t>食品ロス削減</w:t>
            </w:r>
            <w:r>
              <w:rPr>
                <w:sz w:val="19"/>
                <w:lang w:eastAsia="ja-JP"/>
              </w:rPr>
              <w:t>」および「</w:t>
            </w:r>
            <w:r>
              <w:rPr>
                <w:rFonts w:ascii="游ゴシック" w:hAnsi="游ゴシック"/>
                <w:b/>
                <w:sz w:val="19"/>
                <w:lang w:eastAsia="ja-JP"/>
              </w:rPr>
              <w:t>環境配慮</w:t>
            </w:r>
            <w:r>
              <w:rPr>
                <w:sz w:val="19"/>
                <w:lang w:eastAsia="ja-JP"/>
              </w:rPr>
              <w:t>」に積極的に協力します。</w:t>
            </w:r>
          </w:p>
        </w:tc>
      </w:tr>
      <w:tr w:rsidR="00D17932" w14:paraId="10232CD7" w14:textId="77777777" w:rsidTr="00D17932">
        <w:trPr>
          <w:jc w:val="center"/>
        </w:trPr>
        <w:tc>
          <w:tcPr>
            <w:tcW w:w="2985" w:type="dxa"/>
            <w:shd w:val="clear" w:color="auto" w:fill="F0F5F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C9B95FA" w14:textId="21FDD77F" w:rsidR="00D17932" w:rsidRDefault="00D17932">
            <w:r>
              <w:rPr>
                <w:rFonts w:ascii="游ゴシック" w:hAnsi="游ゴシック"/>
                <w:b/>
                <w:sz w:val="19"/>
              </w:rPr>
              <w:t>署名欄</w:t>
            </w:r>
          </w:p>
        </w:tc>
        <w:tc>
          <w:tcPr>
            <w:tcW w:w="7251" w:type="dx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7D56226" w14:textId="5C478691" w:rsidR="00D17932" w:rsidRDefault="00D17932">
            <w:pPr>
              <w:rPr>
                <w:lang w:eastAsia="ja-JP"/>
              </w:rPr>
            </w:pPr>
            <w:r>
              <w:rPr>
                <w:sz w:val="19"/>
                <w:lang w:eastAsia="ja-JP"/>
              </w:rPr>
              <w:t>上記誓約事項に同意し、申し込みます。</w:t>
            </w:r>
            <w:r>
              <w:rPr>
                <w:sz w:val="19"/>
                <w:lang w:eastAsia="ja-JP"/>
              </w:rPr>
              <w:br/>
            </w:r>
            <w:r>
              <w:rPr>
                <w:sz w:val="19"/>
                <w:lang w:eastAsia="ja-JP"/>
              </w:rPr>
              <w:br/>
            </w:r>
            <w:r w:rsidR="00B112B8">
              <w:rPr>
                <w:rFonts w:hint="eastAsia"/>
                <w:sz w:val="19"/>
                <w:lang w:eastAsia="ja-JP"/>
              </w:rPr>
              <w:t xml:space="preserve">　　　　　　　　　　　　　</w:t>
            </w:r>
            <w:r>
              <w:rPr>
                <w:sz w:val="19"/>
                <w:lang w:eastAsia="ja-JP"/>
              </w:rPr>
              <w:t>＿＿＿＿＿＿＿＿＿＿＿＿＿＿＿＿</w:t>
            </w:r>
          </w:p>
        </w:tc>
      </w:tr>
    </w:tbl>
    <w:p w14:paraId="02EE49D2" w14:textId="2790ABBE" w:rsidR="00E701EF" w:rsidRDefault="00000000" w:rsidP="00D17932">
      <w:pPr>
        <w:rPr>
          <w:lang w:eastAsia="ja-JP"/>
        </w:rPr>
      </w:pPr>
      <w:r>
        <w:rPr>
          <w:b/>
          <w:lang w:eastAsia="ja-JP"/>
        </w:rPr>
        <w:br/>
      </w:r>
    </w:p>
    <w:sectPr w:rsidR="00E701EF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0AEF8" w14:textId="77777777" w:rsidR="00B10838" w:rsidRDefault="00B10838" w:rsidP="00D17932">
      <w:pPr>
        <w:spacing w:after="0" w:line="240" w:lineRule="auto"/>
      </w:pPr>
      <w:r>
        <w:separator/>
      </w:r>
    </w:p>
  </w:endnote>
  <w:endnote w:type="continuationSeparator" w:id="0">
    <w:p w14:paraId="79EF62E0" w14:textId="77777777" w:rsidR="00B10838" w:rsidRDefault="00B10838" w:rsidP="00D17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3E16F" w14:textId="77777777" w:rsidR="00B10838" w:rsidRDefault="00B10838" w:rsidP="00D17932">
      <w:pPr>
        <w:spacing w:after="0" w:line="240" w:lineRule="auto"/>
      </w:pPr>
      <w:r>
        <w:separator/>
      </w:r>
    </w:p>
  </w:footnote>
  <w:footnote w:type="continuationSeparator" w:id="0">
    <w:p w14:paraId="3B84B5D4" w14:textId="77777777" w:rsidR="00B10838" w:rsidRDefault="00B10838" w:rsidP="00D17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607664">
    <w:abstractNumId w:val="8"/>
  </w:num>
  <w:num w:numId="2" w16cid:durableId="140344501">
    <w:abstractNumId w:val="6"/>
  </w:num>
  <w:num w:numId="3" w16cid:durableId="772360582">
    <w:abstractNumId w:val="5"/>
  </w:num>
  <w:num w:numId="4" w16cid:durableId="1323047730">
    <w:abstractNumId w:val="4"/>
  </w:num>
  <w:num w:numId="5" w16cid:durableId="1017854315">
    <w:abstractNumId w:val="7"/>
  </w:num>
  <w:num w:numId="6" w16cid:durableId="400058535">
    <w:abstractNumId w:val="3"/>
  </w:num>
  <w:num w:numId="7" w16cid:durableId="1907446147">
    <w:abstractNumId w:val="2"/>
  </w:num>
  <w:num w:numId="8" w16cid:durableId="2115899160">
    <w:abstractNumId w:val="1"/>
  </w:num>
  <w:num w:numId="9" w16cid:durableId="90113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64EE"/>
    <w:rsid w:val="00425A0F"/>
    <w:rsid w:val="0061728C"/>
    <w:rsid w:val="006C084D"/>
    <w:rsid w:val="0094411C"/>
    <w:rsid w:val="00AA1D8D"/>
    <w:rsid w:val="00B10838"/>
    <w:rsid w:val="00B112B8"/>
    <w:rsid w:val="00B47730"/>
    <w:rsid w:val="00CB0664"/>
    <w:rsid w:val="00D17932"/>
    <w:rsid w:val="00E701EF"/>
    <w:rsid w:val="00F712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7D30C1"/>
  <w14:defaultImageDpi w14:val="300"/>
  <w15:docId w15:val="{401A523A-D90D-43B0-ACD2-7DE837D8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明朝" w:hAnsi="游明朝"/>
      <w:color w:val="3333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2191</cp:lastModifiedBy>
  <cp:revision>5</cp:revision>
  <cp:lastPrinted>2026-09-28T02:18:00Z</cp:lastPrinted>
  <dcterms:created xsi:type="dcterms:W3CDTF">2026-09-24T03:20:00Z</dcterms:created>
  <dcterms:modified xsi:type="dcterms:W3CDTF">2026-10-01T09:42:00Z</dcterms:modified>
  <cp:category/>
</cp:coreProperties>
</file>